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2FAB0" w14:textId="77777777" w:rsidR="00303125" w:rsidRDefault="00000000">
      <w:pPr>
        <w:pStyle w:val="Nzev"/>
        <w:spacing w:after="60"/>
        <w:jc w:val="center"/>
      </w:pPr>
      <w:r>
        <w:rPr>
          <w:rFonts w:ascii="Arial" w:hAnsi="Arial"/>
          <w:b/>
          <w:sz w:val="36"/>
        </w:rPr>
        <w:t>HUMAN BODY</w:t>
      </w:r>
    </w:p>
    <w:p w14:paraId="10D80C15" w14:textId="7BE4AB45" w:rsidR="00303125" w:rsidRDefault="00000000">
      <w:pPr>
        <w:spacing w:after="180"/>
        <w:jc w:val="center"/>
      </w:pPr>
      <w:r>
        <w:rPr>
          <w:i/>
          <w:sz w:val="22"/>
        </w:rPr>
        <w:t>Student Worksheet</w:t>
      </w:r>
    </w:p>
    <w:p w14:paraId="4B542DE9" w14:textId="77777777" w:rsidR="00303125" w:rsidRDefault="00000000">
      <w:pPr>
        <w:keepNext/>
        <w:spacing w:before="100" w:after="60"/>
      </w:pPr>
      <w:r>
        <w:rPr>
          <w:b/>
          <w:sz w:val="25"/>
        </w:rPr>
        <w:t>1. ANATOMY DETECTIVES</w:t>
      </w:r>
    </w:p>
    <w:p w14:paraId="77722AE5" w14:textId="77777777" w:rsidR="00303125" w:rsidRDefault="00000000">
      <w:pPr>
        <w:spacing w:after="80"/>
      </w:pPr>
      <w:r>
        <w:t>Before you open the book, work with a partner. Write as many body parts as you can under the five headings. Then check the Human Body text and add missing terms.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2064"/>
        <w:gridCol w:w="2064"/>
        <w:gridCol w:w="2064"/>
        <w:gridCol w:w="2064"/>
        <w:gridCol w:w="2064"/>
      </w:tblGrid>
      <w:tr w:rsidR="00303125" w14:paraId="48C82C93" w14:textId="77777777">
        <w:tc>
          <w:tcPr>
            <w:tcW w:w="20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E47891" w14:textId="77777777" w:rsidR="00303125" w:rsidRDefault="00000000">
            <w:r>
              <w:rPr>
                <w:b/>
                <w:sz w:val="20"/>
              </w:rPr>
              <w:t>HEAD</w:t>
            </w:r>
          </w:p>
        </w:tc>
        <w:tc>
          <w:tcPr>
            <w:tcW w:w="20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F249BC" w14:textId="77777777" w:rsidR="00303125" w:rsidRDefault="00000000">
            <w:r>
              <w:rPr>
                <w:b/>
                <w:sz w:val="20"/>
              </w:rPr>
              <w:t>NECK</w:t>
            </w:r>
          </w:p>
        </w:tc>
        <w:tc>
          <w:tcPr>
            <w:tcW w:w="20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03A343" w14:textId="77777777" w:rsidR="00303125" w:rsidRDefault="00000000">
            <w:r>
              <w:rPr>
                <w:b/>
                <w:sz w:val="20"/>
              </w:rPr>
              <w:t>TRUNK</w:t>
            </w:r>
          </w:p>
        </w:tc>
        <w:tc>
          <w:tcPr>
            <w:tcW w:w="20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9B25BF" w14:textId="77777777" w:rsidR="00303125" w:rsidRDefault="00000000">
            <w:r>
              <w:rPr>
                <w:b/>
                <w:sz w:val="20"/>
              </w:rPr>
              <w:t>UPPER</w:t>
            </w:r>
            <w:r>
              <w:rPr>
                <w:b/>
                <w:sz w:val="20"/>
              </w:rPr>
              <w:br/>
              <w:t>EXTREMITY</w:t>
            </w:r>
          </w:p>
        </w:tc>
        <w:tc>
          <w:tcPr>
            <w:tcW w:w="20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03D326" w14:textId="77777777" w:rsidR="00303125" w:rsidRDefault="00000000">
            <w:r>
              <w:rPr>
                <w:b/>
                <w:sz w:val="20"/>
              </w:rPr>
              <w:t>LOWER</w:t>
            </w:r>
            <w:r>
              <w:rPr>
                <w:b/>
                <w:sz w:val="20"/>
              </w:rPr>
              <w:br/>
              <w:t>EXTREMITY</w:t>
            </w:r>
          </w:p>
        </w:tc>
      </w:tr>
      <w:tr w:rsidR="00303125" w14:paraId="4AAE3DD9" w14:textId="77777777" w:rsidTr="00A200A5">
        <w:trPr>
          <w:trHeight w:hRule="exact" w:val="2610"/>
        </w:trPr>
        <w:tc>
          <w:tcPr>
            <w:tcW w:w="206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62E017" w14:textId="77777777" w:rsidR="00303125" w:rsidRDefault="00303125"/>
        </w:tc>
        <w:tc>
          <w:tcPr>
            <w:tcW w:w="206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3BA047" w14:textId="77777777" w:rsidR="00303125" w:rsidRDefault="00303125"/>
        </w:tc>
        <w:tc>
          <w:tcPr>
            <w:tcW w:w="206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80C067" w14:textId="77777777" w:rsidR="00303125" w:rsidRDefault="00303125"/>
        </w:tc>
        <w:tc>
          <w:tcPr>
            <w:tcW w:w="206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61E585" w14:textId="77777777" w:rsidR="00303125" w:rsidRDefault="00303125"/>
        </w:tc>
        <w:tc>
          <w:tcPr>
            <w:tcW w:w="206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AED857" w14:textId="77777777" w:rsidR="00303125" w:rsidRDefault="00303125"/>
        </w:tc>
      </w:tr>
    </w:tbl>
    <w:p w14:paraId="6E0B5873" w14:textId="77777777" w:rsidR="00A200A5" w:rsidRDefault="00A200A5">
      <w:pPr>
        <w:keepNext/>
        <w:spacing w:before="100" w:after="60"/>
        <w:rPr>
          <w:b/>
          <w:sz w:val="25"/>
        </w:rPr>
      </w:pPr>
    </w:p>
    <w:p w14:paraId="5F040A9F" w14:textId="77777777" w:rsidR="00A200A5" w:rsidRDefault="00A200A5">
      <w:pPr>
        <w:keepNext/>
        <w:spacing w:before="100" w:after="60"/>
        <w:rPr>
          <w:b/>
          <w:sz w:val="25"/>
        </w:rPr>
      </w:pPr>
    </w:p>
    <w:p w14:paraId="1987892C" w14:textId="444D27FE" w:rsidR="00303125" w:rsidRDefault="00000000">
      <w:pPr>
        <w:keepNext/>
        <w:spacing w:before="100" w:after="60"/>
      </w:pPr>
      <w:r>
        <w:rPr>
          <w:b/>
          <w:sz w:val="25"/>
        </w:rPr>
        <w:t>2. EXPERT GROUPS</w:t>
      </w:r>
    </w:p>
    <w:p w14:paraId="7FA62091" w14:textId="726E35F3" w:rsidR="00303125" w:rsidRDefault="00A200A5">
      <w:r>
        <w:t>Each group gets one part of the Human Body text:</w:t>
      </w:r>
    </w:p>
    <w:p w14:paraId="0EB74AA1" w14:textId="77777777" w:rsidR="00A200A5" w:rsidRDefault="00A200A5"/>
    <w:p w14:paraId="233C54BC" w14:textId="77777777" w:rsidR="00303125" w:rsidRDefault="00000000">
      <w:r>
        <w:t>A Head &amp; face |</w:t>
      </w:r>
    </w:p>
    <w:p w14:paraId="5C8B8617" w14:textId="5C00825F" w:rsidR="00303125" w:rsidRDefault="00000000">
      <w:r>
        <w:t>B Neck |</w:t>
      </w:r>
    </w:p>
    <w:p w14:paraId="6FA3F95E" w14:textId="77777777" w:rsidR="00303125" w:rsidRDefault="00000000">
      <w:r>
        <w:t>C Thorax &amp; abdomen |</w:t>
      </w:r>
    </w:p>
    <w:p w14:paraId="00A28343" w14:textId="7CEA2A3D" w:rsidR="00303125" w:rsidRDefault="00000000">
      <w:r>
        <w:t>D Upper &amp; lower extremities |</w:t>
      </w:r>
    </w:p>
    <w:p w14:paraId="75925B68" w14:textId="77777777" w:rsidR="00303125" w:rsidRDefault="00000000">
      <w:r>
        <w:t>E Skeleton, joints &amp; skin.</w:t>
      </w:r>
    </w:p>
    <w:p w14:paraId="04B7732C" w14:textId="74BFC306" w:rsidR="00A200A5" w:rsidRDefault="00A200A5">
      <w:pPr>
        <w:spacing w:before="40" w:after="20"/>
      </w:pPr>
    </w:p>
    <w:p w14:paraId="68CA4693" w14:textId="77777777" w:rsidR="00A200A5" w:rsidRDefault="00000000">
      <w:pPr>
        <w:spacing w:before="40" w:after="20"/>
      </w:pPr>
      <w:r>
        <w:t>Read only your part.</w:t>
      </w:r>
    </w:p>
    <w:p w14:paraId="721C36BE" w14:textId="77777777" w:rsidR="00A200A5" w:rsidRDefault="00000000">
      <w:pPr>
        <w:spacing w:before="40" w:after="20"/>
      </w:pPr>
      <w:r>
        <w:t xml:space="preserve">Choose 5-8 important anatomical/medical terms. </w:t>
      </w:r>
    </w:p>
    <w:p w14:paraId="0AC99C39" w14:textId="6063691A" w:rsidR="00303125" w:rsidRDefault="00000000">
      <w:pPr>
        <w:spacing w:before="40" w:after="20"/>
      </w:pPr>
      <w:r>
        <w:t xml:space="preserve">Prepare a </w:t>
      </w:r>
      <w:r w:rsidR="00A200A5">
        <w:t>short</w:t>
      </w:r>
      <w:r>
        <w:t xml:space="preserve"> explanation in simple English</w:t>
      </w:r>
    </w:p>
    <w:p w14:paraId="76EC1919" w14:textId="33575AB5" w:rsidR="00A200A5" w:rsidRDefault="00A200A5">
      <w:pPr>
        <w:spacing w:after="40"/>
      </w:pPr>
    </w:p>
    <w:p w14:paraId="146A5EA9" w14:textId="77777777" w:rsidR="00D47221" w:rsidRPr="00D47221" w:rsidRDefault="00D47221" w:rsidP="00D47221">
      <w:pPr>
        <w:keepNext/>
        <w:spacing w:before="100" w:after="60"/>
        <w:rPr>
          <w:szCs w:val="21"/>
          <w:lang w:val="cs-CZ"/>
        </w:rPr>
      </w:pPr>
      <w:proofErr w:type="spellStart"/>
      <w:r w:rsidRPr="00D47221">
        <w:rPr>
          <w:szCs w:val="21"/>
          <w:lang w:val="cs-CZ"/>
        </w:rPr>
        <w:t>While</w:t>
      </w:r>
      <w:proofErr w:type="spellEnd"/>
      <w:r w:rsidRPr="00D47221">
        <w:rPr>
          <w:szCs w:val="21"/>
          <w:lang w:val="cs-CZ"/>
        </w:rPr>
        <w:t xml:space="preserve"> </w:t>
      </w:r>
      <w:proofErr w:type="spellStart"/>
      <w:r w:rsidRPr="00D47221">
        <w:rPr>
          <w:szCs w:val="21"/>
          <w:lang w:val="cs-CZ"/>
        </w:rPr>
        <w:t>listening</w:t>
      </w:r>
      <w:proofErr w:type="spellEnd"/>
      <w:r w:rsidRPr="00D47221">
        <w:rPr>
          <w:szCs w:val="21"/>
          <w:lang w:val="cs-CZ"/>
        </w:rPr>
        <w:t>:</w:t>
      </w:r>
    </w:p>
    <w:p w14:paraId="4FBE2B5F" w14:textId="77777777" w:rsidR="00D47221" w:rsidRPr="00D47221" w:rsidRDefault="00D47221" w:rsidP="00D47221">
      <w:pPr>
        <w:keepNext/>
        <w:numPr>
          <w:ilvl w:val="0"/>
          <w:numId w:val="10"/>
        </w:numPr>
        <w:spacing w:before="100" w:after="60"/>
        <w:rPr>
          <w:szCs w:val="21"/>
          <w:lang w:val="cs-CZ"/>
        </w:rPr>
      </w:pPr>
      <w:proofErr w:type="spellStart"/>
      <w:r w:rsidRPr="00D47221">
        <w:rPr>
          <w:szCs w:val="21"/>
          <w:lang w:val="cs-CZ"/>
        </w:rPr>
        <w:t>Write</w:t>
      </w:r>
      <w:proofErr w:type="spellEnd"/>
      <w:r w:rsidRPr="00D47221">
        <w:rPr>
          <w:szCs w:val="21"/>
          <w:lang w:val="cs-CZ"/>
        </w:rPr>
        <w:t xml:space="preserve"> </w:t>
      </w:r>
      <w:proofErr w:type="spellStart"/>
      <w:r w:rsidRPr="00D47221">
        <w:rPr>
          <w:szCs w:val="21"/>
          <w:lang w:val="cs-CZ"/>
        </w:rPr>
        <w:t>down</w:t>
      </w:r>
      <w:proofErr w:type="spellEnd"/>
      <w:r w:rsidRPr="00D47221">
        <w:rPr>
          <w:szCs w:val="21"/>
          <w:lang w:val="cs-CZ"/>
        </w:rPr>
        <w:t xml:space="preserve"> </w:t>
      </w:r>
      <w:proofErr w:type="spellStart"/>
      <w:r w:rsidRPr="00D47221">
        <w:rPr>
          <w:szCs w:val="21"/>
          <w:lang w:val="cs-CZ"/>
        </w:rPr>
        <w:t>one</w:t>
      </w:r>
      <w:proofErr w:type="spellEnd"/>
      <w:r w:rsidRPr="00D47221">
        <w:rPr>
          <w:szCs w:val="21"/>
          <w:lang w:val="cs-CZ"/>
        </w:rPr>
        <w:t xml:space="preserve"> </w:t>
      </w:r>
      <w:proofErr w:type="spellStart"/>
      <w:r w:rsidRPr="00D47221">
        <w:rPr>
          <w:szCs w:val="21"/>
          <w:lang w:val="cs-CZ"/>
        </w:rPr>
        <w:t>important</w:t>
      </w:r>
      <w:proofErr w:type="spellEnd"/>
      <w:r w:rsidRPr="00D47221">
        <w:rPr>
          <w:szCs w:val="21"/>
          <w:lang w:val="cs-CZ"/>
        </w:rPr>
        <w:t xml:space="preserve"> </w:t>
      </w:r>
      <w:proofErr w:type="spellStart"/>
      <w:r w:rsidRPr="00D47221">
        <w:rPr>
          <w:szCs w:val="21"/>
          <w:lang w:val="cs-CZ"/>
        </w:rPr>
        <w:t>fact</w:t>
      </w:r>
      <w:proofErr w:type="spellEnd"/>
      <w:r w:rsidRPr="00D47221">
        <w:rPr>
          <w:szCs w:val="21"/>
          <w:lang w:val="cs-CZ"/>
        </w:rPr>
        <w:t xml:space="preserve">. </w:t>
      </w:r>
    </w:p>
    <w:p w14:paraId="4D92BB45" w14:textId="77777777" w:rsidR="00D47221" w:rsidRPr="00D47221" w:rsidRDefault="00D47221" w:rsidP="00D47221">
      <w:pPr>
        <w:keepNext/>
        <w:numPr>
          <w:ilvl w:val="0"/>
          <w:numId w:val="10"/>
        </w:numPr>
        <w:spacing w:before="100" w:after="60"/>
        <w:rPr>
          <w:szCs w:val="21"/>
          <w:lang w:val="cs-CZ"/>
        </w:rPr>
      </w:pPr>
      <w:proofErr w:type="spellStart"/>
      <w:r w:rsidRPr="00D47221">
        <w:rPr>
          <w:szCs w:val="21"/>
          <w:lang w:val="cs-CZ"/>
        </w:rPr>
        <w:t>Prepare</w:t>
      </w:r>
      <w:proofErr w:type="spellEnd"/>
      <w:r w:rsidRPr="00D47221">
        <w:rPr>
          <w:szCs w:val="21"/>
          <w:lang w:val="cs-CZ"/>
        </w:rPr>
        <w:t xml:space="preserve"> </w:t>
      </w:r>
      <w:proofErr w:type="spellStart"/>
      <w:r w:rsidRPr="00D47221">
        <w:rPr>
          <w:szCs w:val="21"/>
          <w:lang w:val="cs-CZ"/>
        </w:rPr>
        <w:t>one</w:t>
      </w:r>
      <w:proofErr w:type="spellEnd"/>
      <w:r w:rsidRPr="00D47221">
        <w:rPr>
          <w:szCs w:val="21"/>
          <w:lang w:val="cs-CZ"/>
        </w:rPr>
        <w:t xml:space="preserve"> </w:t>
      </w:r>
      <w:proofErr w:type="spellStart"/>
      <w:r w:rsidRPr="00D47221">
        <w:rPr>
          <w:szCs w:val="21"/>
          <w:lang w:val="cs-CZ"/>
        </w:rPr>
        <w:t>question</w:t>
      </w:r>
      <w:proofErr w:type="spellEnd"/>
      <w:r w:rsidRPr="00D47221">
        <w:rPr>
          <w:szCs w:val="21"/>
          <w:lang w:val="cs-CZ"/>
        </w:rPr>
        <w:t xml:space="preserve"> </w:t>
      </w:r>
      <w:proofErr w:type="spellStart"/>
      <w:r w:rsidRPr="00D47221">
        <w:rPr>
          <w:szCs w:val="21"/>
          <w:lang w:val="cs-CZ"/>
        </w:rPr>
        <w:t>for</w:t>
      </w:r>
      <w:proofErr w:type="spellEnd"/>
      <w:r w:rsidRPr="00D47221">
        <w:rPr>
          <w:szCs w:val="21"/>
          <w:lang w:val="cs-CZ"/>
        </w:rPr>
        <w:t xml:space="preserve"> </w:t>
      </w:r>
      <w:proofErr w:type="spellStart"/>
      <w:r w:rsidRPr="00D47221">
        <w:rPr>
          <w:szCs w:val="21"/>
          <w:lang w:val="cs-CZ"/>
        </w:rPr>
        <w:t>the</w:t>
      </w:r>
      <w:proofErr w:type="spellEnd"/>
      <w:r w:rsidRPr="00D47221">
        <w:rPr>
          <w:szCs w:val="21"/>
          <w:lang w:val="cs-CZ"/>
        </w:rPr>
        <w:t xml:space="preserve"> </w:t>
      </w:r>
      <w:proofErr w:type="spellStart"/>
      <w:r w:rsidRPr="00D47221">
        <w:rPr>
          <w:szCs w:val="21"/>
          <w:lang w:val="cs-CZ"/>
        </w:rPr>
        <w:t>group</w:t>
      </w:r>
      <w:proofErr w:type="spellEnd"/>
      <w:r w:rsidRPr="00D47221">
        <w:rPr>
          <w:szCs w:val="21"/>
          <w:lang w:val="cs-CZ"/>
        </w:rPr>
        <w:t xml:space="preserve">. </w:t>
      </w:r>
    </w:p>
    <w:p w14:paraId="11272527" w14:textId="77777777" w:rsidR="00D47221" w:rsidRPr="00D47221" w:rsidRDefault="00D47221" w:rsidP="00D47221">
      <w:pPr>
        <w:keepNext/>
        <w:numPr>
          <w:ilvl w:val="0"/>
          <w:numId w:val="10"/>
        </w:numPr>
        <w:spacing w:before="100" w:after="60"/>
        <w:rPr>
          <w:szCs w:val="21"/>
          <w:lang w:val="cs-CZ"/>
        </w:rPr>
      </w:pPr>
      <w:proofErr w:type="spellStart"/>
      <w:r w:rsidRPr="00D47221">
        <w:rPr>
          <w:szCs w:val="21"/>
          <w:lang w:val="cs-CZ"/>
        </w:rPr>
        <w:t>Be</w:t>
      </w:r>
      <w:proofErr w:type="spellEnd"/>
      <w:r w:rsidRPr="00D47221">
        <w:rPr>
          <w:szCs w:val="21"/>
          <w:lang w:val="cs-CZ"/>
        </w:rPr>
        <w:t xml:space="preserve"> </w:t>
      </w:r>
      <w:proofErr w:type="spellStart"/>
      <w:r w:rsidRPr="00D47221">
        <w:rPr>
          <w:szCs w:val="21"/>
          <w:lang w:val="cs-CZ"/>
        </w:rPr>
        <w:t>ready</w:t>
      </w:r>
      <w:proofErr w:type="spellEnd"/>
      <w:r w:rsidRPr="00D47221">
        <w:rPr>
          <w:szCs w:val="21"/>
          <w:lang w:val="cs-CZ"/>
        </w:rPr>
        <w:t xml:space="preserve"> to </w:t>
      </w:r>
      <w:proofErr w:type="spellStart"/>
      <w:r w:rsidRPr="00D47221">
        <w:rPr>
          <w:szCs w:val="21"/>
          <w:lang w:val="cs-CZ"/>
        </w:rPr>
        <w:t>answer</w:t>
      </w:r>
      <w:proofErr w:type="spellEnd"/>
      <w:r w:rsidRPr="00D47221">
        <w:rPr>
          <w:szCs w:val="21"/>
          <w:lang w:val="cs-CZ"/>
        </w:rPr>
        <w:t xml:space="preserve"> </w:t>
      </w:r>
      <w:proofErr w:type="spellStart"/>
      <w:r w:rsidRPr="00D47221">
        <w:rPr>
          <w:szCs w:val="21"/>
          <w:lang w:val="cs-CZ"/>
        </w:rPr>
        <w:t>their</w:t>
      </w:r>
      <w:proofErr w:type="spellEnd"/>
      <w:r w:rsidRPr="00D47221">
        <w:rPr>
          <w:szCs w:val="21"/>
          <w:lang w:val="cs-CZ"/>
        </w:rPr>
        <w:t xml:space="preserve"> </w:t>
      </w:r>
      <w:proofErr w:type="spellStart"/>
      <w:r w:rsidRPr="00D47221">
        <w:rPr>
          <w:szCs w:val="21"/>
          <w:lang w:val="cs-CZ"/>
        </w:rPr>
        <w:t>questions</w:t>
      </w:r>
      <w:proofErr w:type="spellEnd"/>
      <w:r w:rsidRPr="00D47221">
        <w:rPr>
          <w:szCs w:val="21"/>
          <w:lang w:val="cs-CZ"/>
        </w:rPr>
        <w:t>.</w:t>
      </w:r>
    </w:p>
    <w:p w14:paraId="400B7579" w14:textId="42FEE6FF" w:rsidR="00A200A5" w:rsidRPr="00D47221" w:rsidRDefault="00A200A5">
      <w:pPr>
        <w:keepNext/>
        <w:spacing w:before="100" w:after="60"/>
        <w:rPr>
          <w:b/>
          <w:sz w:val="25"/>
          <w:lang w:val="cs-CZ"/>
        </w:rPr>
      </w:pPr>
    </w:p>
    <w:p w14:paraId="6A1DF2C7" w14:textId="5A8BCB84" w:rsidR="00303125" w:rsidRDefault="00000000">
      <w:pPr>
        <w:keepNext/>
        <w:spacing w:before="100" w:after="60"/>
      </w:pPr>
      <w:r>
        <w:rPr>
          <w:b/>
          <w:sz w:val="25"/>
        </w:rPr>
        <w:t>3. FIND THE BODY PART</w:t>
      </w:r>
    </w:p>
    <w:p w14:paraId="19F7B89A" w14:textId="77777777" w:rsidR="00303125" w:rsidRDefault="00000000">
      <w:pPr>
        <w:spacing w:after="40"/>
      </w:pPr>
      <w:r>
        <w:t>Write the correct term. Use vocabulary from the Human Body section.</w:t>
      </w:r>
    </w:p>
    <w:p w14:paraId="17989516" w14:textId="77777777" w:rsidR="00A200A5" w:rsidRDefault="00A200A5">
      <w:pPr>
        <w:spacing w:after="40"/>
      </w:pPr>
    </w:p>
    <w:p w14:paraId="4F71AC88" w14:textId="77777777" w:rsidR="00303125" w:rsidRDefault="00000000">
      <w:pPr>
        <w:spacing w:after="20"/>
      </w:pPr>
      <w:r>
        <w:t>1. It connects the hand and the forearm.   ____________________</w:t>
      </w:r>
    </w:p>
    <w:p w14:paraId="56F4CD46" w14:textId="77777777" w:rsidR="00303125" w:rsidRDefault="00000000">
      <w:pPr>
        <w:spacing w:after="20"/>
      </w:pPr>
      <w:r>
        <w:t>2. It is the lowest part of the face.   ____________________</w:t>
      </w:r>
    </w:p>
    <w:p w14:paraId="0873D78A" w14:textId="77777777" w:rsidR="00303125" w:rsidRDefault="00000000">
      <w:pPr>
        <w:spacing w:after="20"/>
      </w:pPr>
      <w:r>
        <w:t>3. It separates the thoracic cavity from the abdominal cavity.   ____________________</w:t>
      </w:r>
    </w:p>
    <w:p w14:paraId="5F208C31" w14:textId="77777777" w:rsidR="00303125" w:rsidRDefault="00000000">
      <w:pPr>
        <w:spacing w:after="20"/>
      </w:pPr>
      <w:r>
        <w:t>4. It protects the brain.   ____________________</w:t>
      </w:r>
    </w:p>
    <w:p w14:paraId="7EAF2371" w14:textId="77777777" w:rsidR="00303125" w:rsidRDefault="00000000">
      <w:pPr>
        <w:spacing w:after="20"/>
      </w:pPr>
      <w:r>
        <w:t>5. It is at the back of the lower leg.   ____________________</w:t>
      </w:r>
    </w:p>
    <w:p w14:paraId="1FEF989E" w14:textId="77777777" w:rsidR="00303125" w:rsidRDefault="00000000">
      <w:pPr>
        <w:spacing w:after="20"/>
      </w:pPr>
      <w:r>
        <w:t>6. You have five of them on each hand.   ____________________</w:t>
      </w:r>
    </w:p>
    <w:p w14:paraId="45BEB4E6" w14:textId="77777777" w:rsidR="00303125" w:rsidRDefault="00000000">
      <w:pPr>
        <w:spacing w:after="20"/>
      </w:pPr>
      <w:r>
        <w:t>7. It connects the upper arm and the forearm.   ____________________</w:t>
      </w:r>
    </w:p>
    <w:p w14:paraId="402EAAAE" w14:textId="77777777" w:rsidR="00303125" w:rsidRDefault="00000000">
      <w:pPr>
        <w:spacing w:after="20"/>
      </w:pPr>
      <w:r>
        <w:t>8. The heart and lungs are inside this part/cavity.   ____________________</w:t>
      </w:r>
    </w:p>
    <w:p w14:paraId="5956A7DB" w14:textId="77777777" w:rsidR="00303125" w:rsidRDefault="00000000">
      <w:r>
        <w:br w:type="page"/>
      </w:r>
    </w:p>
    <w:p w14:paraId="6C7263CF" w14:textId="77777777" w:rsidR="00303125" w:rsidRDefault="00000000">
      <w:pPr>
        <w:keepNext/>
        <w:spacing w:before="100" w:after="60"/>
      </w:pPr>
      <w:r>
        <w:rPr>
          <w:b/>
          <w:sz w:val="25"/>
        </w:rPr>
        <w:lastRenderedPageBreak/>
        <w:t>4. CLINICAL CHALLENGE</w:t>
      </w:r>
    </w:p>
    <w:p w14:paraId="7B6BE193" w14:textId="77777777" w:rsidR="00303125" w:rsidRDefault="00000000">
      <w:pPr>
        <w:spacing w:after="80"/>
      </w:pPr>
      <w:r>
        <w:t>Work with a partner. Identify the body part or give the requested terms. Use only information from the Human Body text.</w:t>
      </w:r>
    </w:p>
    <w:p w14:paraId="74B9BB76" w14:textId="77777777" w:rsidR="00303125" w:rsidRDefault="00000000">
      <w:pPr>
        <w:spacing w:after="40"/>
      </w:pPr>
      <w:r>
        <w:rPr>
          <w:b/>
        </w:rPr>
        <w:t xml:space="preserve">Patient 1: </w:t>
      </w:r>
      <w:r>
        <w:t>The patient fell down the stairs. He has pain between his hand and forearm. Where is the pain?</w:t>
      </w:r>
    </w:p>
    <w:p w14:paraId="14598FD6" w14:textId="77777777" w:rsidR="00303125" w:rsidRDefault="00000000">
      <w:pPr>
        <w:pBdr>
          <w:bottom w:val="single" w:sz="4" w:space="1" w:color="000000"/>
        </w:pBdr>
        <w:spacing w:after="60"/>
      </w:pPr>
      <w:r>
        <w:t xml:space="preserve"> </w:t>
      </w:r>
    </w:p>
    <w:p w14:paraId="4AEFC2DB" w14:textId="77777777" w:rsidR="00303125" w:rsidRDefault="00000000">
      <w:pPr>
        <w:spacing w:after="40"/>
      </w:pPr>
      <w:r>
        <w:rPr>
          <w:b/>
        </w:rPr>
        <w:t xml:space="preserve">Patient 2: </w:t>
      </w:r>
      <w:r>
        <w:t>The patient has pain in the lower part of her leg, at the back. Where is the pain?</w:t>
      </w:r>
    </w:p>
    <w:p w14:paraId="6B133BA6" w14:textId="77777777" w:rsidR="00303125" w:rsidRDefault="00000000">
      <w:pPr>
        <w:pBdr>
          <w:bottom w:val="single" w:sz="4" w:space="1" w:color="000000"/>
        </w:pBdr>
        <w:spacing w:after="60"/>
      </w:pPr>
      <w:r>
        <w:t xml:space="preserve"> </w:t>
      </w:r>
    </w:p>
    <w:p w14:paraId="5BE44551" w14:textId="77777777" w:rsidR="00303125" w:rsidRDefault="00000000">
      <w:pPr>
        <w:spacing w:after="40"/>
      </w:pPr>
      <w:r>
        <w:rPr>
          <w:b/>
        </w:rPr>
        <w:t xml:space="preserve">Patient 3: </w:t>
      </w:r>
      <w:r>
        <w:t>The doctor wants to examine structures/organs inside the thoracic cavity. Name at least three mentioned in the text:</w:t>
      </w:r>
    </w:p>
    <w:p w14:paraId="5F44118F" w14:textId="77777777" w:rsidR="00303125" w:rsidRDefault="00000000">
      <w:pPr>
        <w:pBdr>
          <w:bottom w:val="single" w:sz="4" w:space="1" w:color="000000"/>
        </w:pBdr>
        <w:spacing w:after="60"/>
      </w:pPr>
      <w:r>
        <w:t xml:space="preserve"> </w:t>
      </w:r>
    </w:p>
    <w:p w14:paraId="516292AF" w14:textId="77777777" w:rsidR="00303125" w:rsidRDefault="00000000">
      <w:pPr>
        <w:spacing w:after="40"/>
      </w:pPr>
      <w:r>
        <w:rPr>
          <w:b/>
        </w:rPr>
        <w:t xml:space="preserve">Patient 4: </w:t>
      </w:r>
      <w:r>
        <w:t>The patient has pain in the abdominal cavity. Name five organs mentioned in the text:</w:t>
      </w:r>
    </w:p>
    <w:p w14:paraId="4DA22774" w14:textId="77777777" w:rsidR="00303125" w:rsidRDefault="00000000">
      <w:pPr>
        <w:pBdr>
          <w:bottom w:val="single" w:sz="4" w:space="1" w:color="000000"/>
        </w:pBdr>
        <w:spacing w:after="60"/>
      </w:pPr>
      <w:r>
        <w:t xml:space="preserve"> </w:t>
      </w:r>
    </w:p>
    <w:p w14:paraId="29D83346" w14:textId="77777777" w:rsidR="00A200A5" w:rsidRDefault="00A200A5">
      <w:pPr>
        <w:keepNext/>
        <w:spacing w:before="100" w:after="60"/>
        <w:rPr>
          <w:b/>
          <w:sz w:val="25"/>
        </w:rPr>
      </w:pPr>
    </w:p>
    <w:p w14:paraId="60D06BD9" w14:textId="539C2F87" w:rsidR="00303125" w:rsidRDefault="00000000">
      <w:pPr>
        <w:keepNext/>
        <w:spacing w:before="100" w:after="60"/>
      </w:pPr>
      <w:r>
        <w:rPr>
          <w:b/>
          <w:sz w:val="25"/>
        </w:rPr>
        <w:t>5. STUDENT BECOMES TEACHER</w:t>
      </w:r>
    </w:p>
    <w:p w14:paraId="36C65473" w14:textId="77777777" w:rsidR="00303125" w:rsidRDefault="00000000">
      <w:pPr>
        <w:spacing w:after="60"/>
      </w:pPr>
      <w:r>
        <w:t>Choose one term from the chapter. Do not say the term. Give 2-3 clues in English so that the class can guess it.</w:t>
      </w:r>
    </w:p>
    <w:p w14:paraId="71A299D7" w14:textId="77777777" w:rsidR="00303125" w:rsidRDefault="00000000">
      <w:pPr>
        <w:spacing w:after="20"/>
      </w:pPr>
      <w:r>
        <w:t>My term:  ____________________     My clues:  ______________________________________________</w:t>
      </w:r>
    </w:p>
    <w:p w14:paraId="05F4B3B0" w14:textId="3924A1A4" w:rsidR="00303125" w:rsidRDefault="00303125">
      <w:pPr>
        <w:pBdr>
          <w:bottom w:val="single" w:sz="4" w:space="1" w:color="000000"/>
        </w:pBdr>
        <w:spacing w:after="60"/>
      </w:pPr>
    </w:p>
    <w:p w14:paraId="3ED2D43B" w14:textId="77777777" w:rsidR="00933C35" w:rsidRDefault="00933C35">
      <w:pPr>
        <w:pBdr>
          <w:bottom w:val="single" w:sz="4" w:space="1" w:color="000000"/>
        </w:pBdr>
        <w:spacing w:after="60"/>
      </w:pPr>
    </w:p>
    <w:p w14:paraId="179E0DAE" w14:textId="77777777" w:rsidR="00303125" w:rsidRDefault="00000000">
      <w:pPr>
        <w:keepNext/>
        <w:spacing w:before="100" w:after="60"/>
      </w:pPr>
      <w:r>
        <w:rPr>
          <w:b/>
          <w:sz w:val="25"/>
        </w:rPr>
        <w:t>6. EXIT TICKET</w:t>
      </w:r>
    </w:p>
    <w:p w14:paraId="257F7C2B" w14:textId="77777777" w:rsidR="00303125" w:rsidRDefault="00000000">
      <w:pPr>
        <w:spacing w:after="60"/>
      </w:pPr>
      <w:r>
        <w:t>Three new words I learnt today:  1. ________________   2. ________________   3. ________________</w:t>
      </w:r>
    </w:p>
    <w:p w14:paraId="10798083" w14:textId="77777777" w:rsidR="00303125" w:rsidRDefault="00000000">
      <w:pPr>
        <w:pBdr>
          <w:bottom w:val="single" w:sz="4" w:space="1" w:color="000000"/>
        </w:pBdr>
        <w:spacing w:after="40"/>
      </w:pPr>
      <w:r>
        <w:t xml:space="preserve"> </w:t>
      </w:r>
    </w:p>
    <w:sectPr w:rsidR="00303125" w:rsidSect="00034616">
      <w:pgSz w:w="11906" w:h="16838"/>
      <w:pgMar w:top="709" w:right="794" w:bottom="709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FAE6B0F"/>
    <w:multiLevelType w:val="multilevel"/>
    <w:tmpl w:val="F7C62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4539393">
    <w:abstractNumId w:val="8"/>
  </w:num>
  <w:num w:numId="2" w16cid:durableId="1990162783">
    <w:abstractNumId w:val="6"/>
  </w:num>
  <w:num w:numId="3" w16cid:durableId="1647393398">
    <w:abstractNumId w:val="5"/>
  </w:num>
  <w:num w:numId="4" w16cid:durableId="1041171689">
    <w:abstractNumId w:val="4"/>
  </w:num>
  <w:num w:numId="5" w16cid:durableId="783042058">
    <w:abstractNumId w:val="7"/>
  </w:num>
  <w:num w:numId="6" w16cid:durableId="2038773218">
    <w:abstractNumId w:val="3"/>
  </w:num>
  <w:num w:numId="7" w16cid:durableId="363792991">
    <w:abstractNumId w:val="2"/>
  </w:num>
  <w:num w:numId="8" w16cid:durableId="1632973415">
    <w:abstractNumId w:val="1"/>
  </w:num>
  <w:num w:numId="9" w16cid:durableId="1273396853">
    <w:abstractNumId w:val="0"/>
  </w:num>
  <w:num w:numId="10" w16cid:durableId="13925089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03125"/>
    <w:rsid w:val="00326F90"/>
    <w:rsid w:val="005B5843"/>
    <w:rsid w:val="00933C35"/>
    <w:rsid w:val="00A200A5"/>
    <w:rsid w:val="00AA1D8D"/>
    <w:rsid w:val="00B47730"/>
    <w:rsid w:val="00B84006"/>
    <w:rsid w:val="00CB0664"/>
    <w:rsid w:val="00D47221"/>
    <w:rsid w:val="00F82FD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65A346"/>
  <w14:defaultImageDpi w14:val="300"/>
  <w15:docId w15:val="{F9DD477C-D2F2-43FE-A11F-A4C5FC186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0" w:line="240" w:lineRule="auto"/>
    </w:pPr>
    <w:rPr>
      <w:rFonts w:ascii="Arial" w:hAnsi="Arial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322</Words>
  <Characters>1904</Characters>
  <Application>Microsoft Office Word</Application>
  <DocSecurity>0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Human Body Student Worksheet</vt:lpstr>
      <vt:lpstr/>
    </vt:vector>
  </TitlesOfParts>
  <Manager/>
  <Company/>
  <LinksUpToDate>false</LinksUpToDate>
  <CharactersWithSpaces>2222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Body Student Worksheet</dc:title>
  <dc:subject/>
  <dc:creator>Eva Jansa</dc:creator>
  <cp:keywords/>
  <dc:description>generated by python-docx</dc:description>
  <cp:lastModifiedBy>Eva Jansa</cp:lastModifiedBy>
  <cp:revision>4</cp:revision>
  <dcterms:created xsi:type="dcterms:W3CDTF">2013-12-23T23:15:00Z</dcterms:created>
  <dcterms:modified xsi:type="dcterms:W3CDTF">2026-09-15T09:20:00Z</dcterms:modified>
  <cp:category/>
</cp:coreProperties>
</file>