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2AA60" w14:textId="77777777" w:rsidR="009415BE" w:rsidRPr="00AC266A" w:rsidRDefault="00000000">
      <w:pPr>
        <w:rPr>
          <w:b/>
          <w:bCs/>
          <w:sz w:val="32"/>
          <w:szCs w:val="32"/>
        </w:rPr>
      </w:pPr>
      <w:r w:rsidRPr="00AC266A">
        <w:rPr>
          <w:b/>
          <w:bCs/>
          <w:i/>
          <w:sz w:val="32"/>
          <w:szCs w:val="32"/>
        </w:rPr>
        <w:t>Section 3.2 • Temperature, Pulse, Blood Pressure and Respiration</w:t>
      </w:r>
    </w:p>
    <w:p w14:paraId="7426C4E0" w14:textId="77777777" w:rsidR="00DB238F" w:rsidRDefault="00DB238F"/>
    <w:p w14:paraId="389BBAFD" w14:textId="6114C06B" w:rsidR="009415BE" w:rsidRDefault="00000000">
      <w:r>
        <w:rPr>
          <w:b/>
          <w:sz w:val="22"/>
        </w:rPr>
        <w:t>1. Match the words and definitions</w:t>
      </w:r>
    </w:p>
    <w:p w14:paraId="496143EA" w14:textId="77777777" w:rsidR="009415BE" w:rsidRDefault="00000000">
      <w:r>
        <w:t>1 fever     2 wrist     3 pulse rate     4 rhythm     5 blood pressure     6 sputum</w:t>
      </w:r>
    </w:p>
    <w:p w14:paraId="33775734" w14:textId="77777777" w:rsidR="009415BE" w:rsidRDefault="00000000">
      <w:r>
        <w:t>a ___ the regular pattern of heartbeats</w:t>
      </w:r>
      <w:r>
        <w:br/>
        <w:t>b ___ mucus coughed up from the respiratory tract</w:t>
      </w:r>
      <w:r>
        <w:br/>
        <w:t>c ___ body temperature above normal</w:t>
      </w:r>
      <w:r>
        <w:br/>
        <w:t>d ___ the joint between the hand and the forearm</w:t>
      </w:r>
      <w:r>
        <w:br/>
        <w:t>e ___ the number of heartbeats per minute</w:t>
      </w:r>
      <w:r>
        <w:br/>
        <w:t>f ___ the pressure of blood against the walls of arteries</w:t>
      </w:r>
    </w:p>
    <w:p w14:paraId="173D21B6" w14:textId="77777777" w:rsidR="00DB238F" w:rsidRDefault="00DB238F">
      <w:pPr>
        <w:rPr>
          <w:b/>
          <w:sz w:val="22"/>
        </w:rPr>
      </w:pPr>
    </w:p>
    <w:p w14:paraId="04592EA6" w14:textId="4155E4F3" w:rsidR="009415BE" w:rsidRDefault="00000000">
      <w:r>
        <w:rPr>
          <w:b/>
          <w:sz w:val="22"/>
        </w:rPr>
        <w:t>2. Read and complete the observation chart</w:t>
      </w:r>
    </w:p>
    <w:p w14:paraId="74C4EA1A" w14:textId="1F42F805" w:rsidR="00DB238F" w:rsidRDefault="00000000" w:rsidP="00DB238F">
      <w:r>
        <w:t xml:space="preserve">At 8 a.m., Nurse Emma checks Mrs Green’s vital signs. Her temperature is 38.4 °C. Her pulse is 96 beats per minute and regular. Her blood pressure is 128/78 mmHg. Her respiratory rate is 22 breaths per minute. Mrs Green says, “I feel hot and tired. I have a headache and I don’t feel like eating.” Emma records the measurements and reports the patient’s symptoms </w:t>
      </w:r>
    </w:p>
    <w:p w14:paraId="74183E23" w14:textId="77777777" w:rsidR="00DB238F" w:rsidRDefault="00DB238F" w:rsidP="00DB238F">
      <w:pPr>
        <w:rPr>
          <w:b/>
          <w:sz w:val="22"/>
        </w:rPr>
      </w:pPr>
    </w:p>
    <w:p w14:paraId="00DF241A" w14:textId="21EBF93A" w:rsidR="009415BE" w:rsidRDefault="00000000">
      <w:r>
        <w:rPr>
          <w:b/>
          <w:sz w:val="22"/>
        </w:rPr>
        <w:t>3. Check your understanding</w:t>
      </w:r>
    </w:p>
    <w:p w14:paraId="0B78A31C" w14:textId="4E03355B" w:rsidR="009415BE" w:rsidRDefault="00000000">
      <w:r>
        <w:t>Write T (true) or F (false). Correct the false statements.</w:t>
      </w:r>
      <w:r>
        <w:br/>
        <w:t>1 ___ Mrs Green’s pulse is irregular.</w:t>
      </w:r>
      <w:r>
        <w:br/>
        <w:t>2 ___ She reports loss of appetite.</w:t>
      </w:r>
      <w:r>
        <w:br/>
        <w:t>3 ___ Emma measures how many times Mrs Green breathes in one minute.</w:t>
      </w:r>
      <w:r>
        <w:br/>
        <w:t>4 ___ Emma records only the temperature.</w:t>
      </w:r>
    </w:p>
    <w:p w14:paraId="0F17CCFC" w14:textId="77777777" w:rsidR="00DB238F" w:rsidRDefault="00DB238F" w:rsidP="00DB238F">
      <w:pPr>
        <w:rPr>
          <w:b/>
          <w:sz w:val="22"/>
        </w:rPr>
      </w:pPr>
    </w:p>
    <w:p w14:paraId="3D6735D5" w14:textId="6C22D379" w:rsidR="009415BE" w:rsidRDefault="00000000" w:rsidP="00DB238F">
      <w:r>
        <w:rPr>
          <w:b/>
          <w:sz w:val="22"/>
        </w:rPr>
        <w:t>5. Match the breathing terms</w:t>
      </w:r>
    </w:p>
    <w:p w14:paraId="3B890A6A" w14:textId="77777777" w:rsidR="009415BE" w:rsidRDefault="00000000">
      <w:r>
        <w:t>1 apnoea     2 dyspnoea     3 orthopnoea     4 shallow breathing</w:t>
      </w:r>
      <w:r>
        <w:br/>
        <w:t>5 hyperpnoea     6 stertorous breathing</w:t>
      </w:r>
    </w:p>
    <w:p w14:paraId="13615CC7" w14:textId="77777777" w:rsidR="009415BE" w:rsidRDefault="00000000">
      <w:r>
        <w:t>a ___ breathing that is not deep</w:t>
      </w:r>
      <w:r>
        <w:br/>
        <w:t>b ___ noisy, snoring breathing</w:t>
      </w:r>
      <w:r>
        <w:br/>
        <w:t>c ___ a period when breathing stops</w:t>
      </w:r>
      <w:r>
        <w:br/>
        <w:t>d ___ difficulty breathing</w:t>
      </w:r>
      <w:r>
        <w:br/>
        <w:t>e ___ increased depth of breathing, often with an increased rate</w:t>
      </w:r>
      <w:r>
        <w:br/>
        <w:t>f ___ difficulty breathing when lying flat, relieved by sitting upright</w:t>
      </w:r>
    </w:p>
    <w:p w14:paraId="13599093" w14:textId="77777777" w:rsidR="00DB238F" w:rsidRDefault="00DB238F">
      <w:pPr>
        <w:rPr>
          <w:b/>
          <w:sz w:val="22"/>
        </w:rPr>
      </w:pPr>
    </w:p>
    <w:p w14:paraId="1930F0B9" w14:textId="1F1F951F" w:rsidR="009415BE" w:rsidRPr="00DB238F" w:rsidRDefault="00000000" w:rsidP="00DB238F">
      <w:pPr>
        <w:spacing w:after="200"/>
        <w:rPr>
          <w:b/>
          <w:sz w:val="22"/>
        </w:rPr>
      </w:pPr>
      <w:r>
        <w:rPr>
          <w:b/>
          <w:sz w:val="22"/>
        </w:rPr>
        <w:t>6. Complete the nurse–patient conversation</w:t>
      </w:r>
    </w:p>
    <w:p w14:paraId="058FA60D" w14:textId="77777777" w:rsidR="009415BE" w:rsidRDefault="00000000">
      <w:r>
        <w:t>Use each expression once: take your temperature • hold out your wrist •</w:t>
      </w:r>
      <w:r>
        <w:br/>
        <w:t>roll up your sleeve • breathe normally • short of breath</w:t>
      </w:r>
    </w:p>
    <w:p w14:paraId="72E20714" w14:textId="19A89B3C" w:rsidR="009415BE" w:rsidRDefault="00000000">
      <w:r>
        <w:t>Nurse: Good morning. I’m going to check your vital signs. First, I’ll (1) __________</w:t>
      </w:r>
      <w:r>
        <w:br/>
        <w:t>Patient: All right.</w:t>
      </w:r>
      <w:r>
        <w:br/>
        <w:t>Nurse: Could you (2) ____________________________________, please? I’ll check your pulse.</w:t>
      </w:r>
      <w:r>
        <w:br/>
        <w:t>Patient: Like this?</w:t>
      </w:r>
      <w:r>
        <w:br/>
        <w:t>Nurse: Yes, thank you. Now please (3) ____________________________________. I’ll measure your blood pressure.</w:t>
      </w:r>
      <w:r>
        <w:br/>
        <w:t>Patient: Should I hold my breath?</w:t>
      </w:r>
      <w:r>
        <w:br/>
        <w:t>Nurse: No, please (4) __________________________________________________.</w:t>
      </w:r>
      <w:r>
        <w:br/>
        <w:t>Nurse: Have you felt (5) _______________________________________________?</w:t>
      </w:r>
      <w:r>
        <w:br/>
        <w:t>Patient: Yes, especially when I walk to the bathroom.</w:t>
      </w:r>
    </w:p>
    <w:p w14:paraId="327B26E3" w14:textId="77777777" w:rsidR="009415BE" w:rsidRDefault="00000000">
      <w:r>
        <w:br w:type="page"/>
      </w:r>
    </w:p>
    <w:sectPr w:rsidR="009415BE" w:rsidSect="00034616">
      <w:pgSz w:w="11909" w:h="16834"/>
      <w:pgMar w:top="792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4352988">
    <w:abstractNumId w:val="8"/>
  </w:num>
  <w:num w:numId="2" w16cid:durableId="1695691479">
    <w:abstractNumId w:val="6"/>
  </w:num>
  <w:num w:numId="3" w16cid:durableId="1855728086">
    <w:abstractNumId w:val="5"/>
  </w:num>
  <w:num w:numId="4" w16cid:durableId="768087764">
    <w:abstractNumId w:val="4"/>
  </w:num>
  <w:num w:numId="5" w16cid:durableId="985086606">
    <w:abstractNumId w:val="7"/>
  </w:num>
  <w:num w:numId="6" w16cid:durableId="248272619">
    <w:abstractNumId w:val="3"/>
  </w:num>
  <w:num w:numId="7" w16cid:durableId="1177620235">
    <w:abstractNumId w:val="2"/>
  </w:num>
  <w:num w:numId="8" w16cid:durableId="539514434">
    <w:abstractNumId w:val="1"/>
  </w:num>
  <w:num w:numId="9" w16cid:durableId="91821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4AD7"/>
    <w:rsid w:val="0029639D"/>
    <w:rsid w:val="00326F90"/>
    <w:rsid w:val="00830AAF"/>
    <w:rsid w:val="009415BE"/>
    <w:rsid w:val="00AA1D8D"/>
    <w:rsid w:val="00AC266A"/>
    <w:rsid w:val="00B47730"/>
    <w:rsid w:val="00CB0664"/>
    <w:rsid w:val="00DB23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21FEAB"/>
  <w14:defaultImageDpi w14:val="300"/>
  <w15:docId w15:val="{E2202365-04E0-4B2C-AADC-2D81F35D3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/>
    </w:pPr>
    <w:rPr>
      <w:rFonts w:ascii="Calibri" w:hAnsi="Calibri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Eva Jansa</cp:lastModifiedBy>
  <cp:revision>3</cp:revision>
  <dcterms:created xsi:type="dcterms:W3CDTF">2026-10-06T11:50:00Z</dcterms:created>
  <dcterms:modified xsi:type="dcterms:W3CDTF">2026-10-06T12:21:00Z</dcterms:modified>
  <cp:category/>
</cp:coreProperties>
</file>