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327AB" w14:textId="613B61F1" w:rsidR="001D62D2" w:rsidRPr="00CE6CFD" w:rsidRDefault="00000000">
      <w:pPr>
        <w:pStyle w:val="Nzev"/>
        <w:rPr>
          <w:b/>
          <w:bCs/>
          <w:sz w:val="22"/>
          <w:szCs w:val="22"/>
        </w:rPr>
      </w:pPr>
      <w:r w:rsidRPr="00CE6CFD">
        <w:rPr>
          <w:b/>
          <w:bCs/>
          <w:sz w:val="22"/>
          <w:szCs w:val="22"/>
        </w:rPr>
        <w:t>Blood pressure</w:t>
      </w:r>
      <w:r w:rsidR="00CE6CFD">
        <w:rPr>
          <w:b/>
          <w:bCs/>
          <w:sz w:val="22"/>
          <w:szCs w:val="22"/>
        </w:rPr>
        <w:t xml:space="preserve"> - video</w:t>
      </w:r>
    </w:p>
    <w:p w14:paraId="3EC33331" w14:textId="77777777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>1 Before watching</w:t>
      </w:r>
    </w:p>
    <w:p w14:paraId="618FB963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In pairs: What do the two numbers in a blood pressure reading describe?</w:t>
      </w:r>
    </w:p>
    <w:p w14:paraId="61C7FBF4" w14:textId="77777777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>2 Match the words</w:t>
      </w:r>
    </w:p>
    <w:p w14:paraId="5019BC8C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1 blood vessel   2 systolic   3 diastolic   4 plaque   5 clot   6 stent</w:t>
      </w:r>
    </w:p>
    <w:p w14:paraId="066318D6" w14:textId="246C1374" w:rsidR="001D62D2" w:rsidRPr="00B4290D" w:rsidRDefault="00000000">
      <w:pPr>
        <w:rPr>
          <w:sz w:val="22"/>
        </w:rPr>
      </w:pPr>
      <w:proofErr w:type="spellStart"/>
      <w:r w:rsidRPr="00B4290D">
        <w:rPr>
          <w:sz w:val="22"/>
        </w:rPr>
        <w:t>a</w:t>
      </w:r>
      <w:proofErr w:type="spellEnd"/>
      <w:r w:rsidRPr="00B4290D">
        <w:rPr>
          <w:sz w:val="22"/>
        </w:rPr>
        <w:t xml:space="preserve"> </w:t>
      </w:r>
      <w:r w:rsidR="00B4290D" w:rsidRPr="00B4290D">
        <w:rPr>
          <w:sz w:val="22"/>
        </w:rPr>
        <w:t xml:space="preserve">_____ </w:t>
      </w:r>
      <w:proofErr w:type="spellStart"/>
      <w:r w:rsidRPr="00B4290D">
        <w:rPr>
          <w:sz w:val="22"/>
        </w:rPr>
        <w:t>a</w:t>
      </w:r>
      <w:proofErr w:type="spellEnd"/>
      <w:r w:rsidRPr="00B4290D">
        <w:rPr>
          <w:sz w:val="22"/>
        </w:rPr>
        <w:t xml:space="preserve"> small mesh tube that helps keep an artery open</w:t>
      </w:r>
      <w:r w:rsidRPr="00B4290D">
        <w:rPr>
          <w:sz w:val="22"/>
        </w:rPr>
        <w:br/>
        <w:t xml:space="preserve">b </w:t>
      </w:r>
      <w:r w:rsidR="00B4290D" w:rsidRPr="00B4290D">
        <w:rPr>
          <w:sz w:val="22"/>
        </w:rPr>
        <w:t>_____</w:t>
      </w:r>
      <w:r w:rsidRPr="00B4290D">
        <w:rPr>
          <w:sz w:val="22"/>
        </w:rPr>
        <w:t>a mass of blood that has changed from liquid to a thicker form</w:t>
      </w:r>
      <w:r w:rsidRPr="00B4290D">
        <w:rPr>
          <w:sz w:val="22"/>
        </w:rPr>
        <w:br/>
        <w:t xml:space="preserve">c </w:t>
      </w:r>
      <w:r w:rsidR="00B4290D" w:rsidRPr="00B4290D">
        <w:rPr>
          <w:sz w:val="22"/>
        </w:rPr>
        <w:t>_____</w:t>
      </w:r>
      <w:r w:rsidRPr="00B4290D">
        <w:rPr>
          <w:sz w:val="22"/>
        </w:rPr>
        <w:t>related to the heart relaxing between beats</w:t>
      </w:r>
      <w:r w:rsidRPr="00B4290D">
        <w:rPr>
          <w:sz w:val="22"/>
        </w:rPr>
        <w:br/>
        <w:t xml:space="preserve">d </w:t>
      </w:r>
      <w:r w:rsidR="00B4290D" w:rsidRPr="00B4290D">
        <w:rPr>
          <w:sz w:val="22"/>
        </w:rPr>
        <w:t>_____</w:t>
      </w:r>
      <w:r w:rsidRPr="00B4290D">
        <w:rPr>
          <w:sz w:val="22"/>
        </w:rPr>
        <w:t>a tube that carries blood around the body</w:t>
      </w:r>
      <w:r w:rsidRPr="00B4290D">
        <w:rPr>
          <w:sz w:val="22"/>
        </w:rPr>
        <w:br/>
        <w:t xml:space="preserve">e </w:t>
      </w:r>
      <w:r w:rsidR="00B4290D" w:rsidRPr="00B4290D">
        <w:rPr>
          <w:sz w:val="22"/>
        </w:rPr>
        <w:t>_____</w:t>
      </w:r>
      <w:r w:rsidRPr="00B4290D">
        <w:rPr>
          <w:sz w:val="22"/>
        </w:rPr>
        <w:t>related to the heart contracting</w:t>
      </w:r>
      <w:r w:rsidRPr="00B4290D">
        <w:rPr>
          <w:sz w:val="22"/>
        </w:rPr>
        <w:br/>
        <w:t xml:space="preserve">f </w:t>
      </w:r>
      <w:r w:rsidR="00B4290D" w:rsidRPr="00B4290D">
        <w:rPr>
          <w:sz w:val="22"/>
        </w:rPr>
        <w:t>_____</w:t>
      </w:r>
      <w:r w:rsidRPr="00B4290D">
        <w:rPr>
          <w:sz w:val="22"/>
        </w:rPr>
        <w:t>a deposit that builds up in an artery wall</w:t>
      </w:r>
    </w:p>
    <w:p w14:paraId="7E0354B2" w14:textId="77777777" w:rsidR="00B4290D" w:rsidRPr="00B4290D" w:rsidRDefault="00B4290D">
      <w:pPr>
        <w:pStyle w:val="Nadpis2"/>
        <w:rPr>
          <w:sz w:val="22"/>
          <w:szCs w:val="22"/>
        </w:rPr>
      </w:pPr>
    </w:p>
    <w:p w14:paraId="3278F1E6" w14:textId="65AD27F5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 xml:space="preserve">3 </w:t>
      </w:r>
      <w:r w:rsidR="00B4290D" w:rsidRPr="00B4290D">
        <w:rPr>
          <w:sz w:val="22"/>
          <w:szCs w:val="22"/>
        </w:rPr>
        <w:t>C</w:t>
      </w:r>
      <w:r w:rsidRPr="00B4290D">
        <w:rPr>
          <w:sz w:val="22"/>
          <w:szCs w:val="22"/>
        </w:rPr>
        <w:t>omplete</w:t>
      </w:r>
    </w:p>
    <w:p w14:paraId="3951B017" w14:textId="26E3FAF1" w:rsidR="001D62D2" w:rsidRDefault="00000000" w:rsidP="00CD0133">
      <w:pPr>
        <w:rPr>
          <w:sz w:val="22"/>
        </w:rPr>
      </w:pPr>
      <w:r w:rsidRPr="00B4290D">
        <w:rPr>
          <w:sz w:val="22"/>
        </w:rPr>
        <w:t>1 Blood pressure is the force of blood against blood vessel __________.</w:t>
      </w:r>
      <w:r w:rsidRPr="00B4290D">
        <w:rPr>
          <w:sz w:val="22"/>
        </w:rPr>
        <w:br/>
        <w:t>2 Systolic pressure is highest when the heart __________.</w:t>
      </w:r>
      <w:r w:rsidRPr="00B4290D">
        <w:rPr>
          <w:sz w:val="22"/>
        </w:rPr>
        <w:br/>
        <w:t>3 Diastolic pressure is lower when the heart __________ between beats.</w:t>
      </w:r>
      <w:r w:rsidRPr="00B4290D">
        <w:rPr>
          <w:sz w:val="22"/>
        </w:rPr>
        <w:br/>
        <w:t xml:space="preserve">4 </w:t>
      </w:r>
      <w:r w:rsidR="00CD0133" w:rsidRPr="00CD0133">
        <w:rPr>
          <w:sz w:val="22"/>
        </w:rPr>
        <w:t xml:space="preserve">A diet high in </w:t>
      </w:r>
      <w:r w:rsidR="00CD0133">
        <w:rPr>
          <w:sz w:val="22"/>
        </w:rPr>
        <w:t>___</w:t>
      </w:r>
      <w:proofErr w:type="gramStart"/>
      <w:r w:rsidR="00CD0133">
        <w:rPr>
          <w:sz w:val="22"/>
        </w:rPr>
        <w:t xml:space="preserve">_ </w:t>
      </w:r>
      <w:r w:rsidR="00CD0133" w:rsidRPr="00CD0133">
        <w:rPr>
          <w:sz w:val="22"/>
        </w:rPr>
        <w:t xml:space="preserve"> can</w:t>
      </w:r>
      <w:proofErr w:type="gramEnd"/>
      <w:r w:rsidR="00CD0133" w:rsidRPr="00CD0133">
        <w:rPr>
          <w:sz w:val="22"/>
        </w:rPr>
        <w:t xml:space="preserve"> cause the body to retain water, increasing blood volume</w:t>
      </w:r>
      <w:r w:rsidRPr="00B4290D">
        <w:rPr>
          <w:sz w:val="22"/>
        </w:rPr>
        <w:t>.</w:t>
      </w:r>
      <w:r w:rsidRPr="00B4290D">
        <w:rPr>
          <w:sz w:val="22"/>
        </w:rPr>
        <w:br/>
        <w:t>5 Stress hormones can make blood vessels __________.</w:t>
      </w:r>
    </w:p>
    <w:p w14:paraId="7204D92B" w14:textId="77777777" w:rsidR="00B4290D" w:rsidRPr="00B4290D" w:rsidRDefault="00B4290D">
      <w:pPr>
        <w:rPr>
          <w:sz w:val="22"/>
        </w:rPr>
      </w:pPr>
    </w:p>
    <w:p w14:paraId="0DDD3D8C" w14:textId="77777777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>4 True or false</w:t>
      </w:r>
    </w:p>
    <w:p w14:paraId="7B8ED981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Write T or F. Correct the false statements orally with a partner.</w:t>
      </w:r>
    </w:p>
    <w:p w14:paraId="323B2C2A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1 ___ Blood delivers oxygen and nutrients to the tissues.</w:t>
      </w:r>
      <w:r w:rsidRPr="00B4290D">
        <w:rPr>
          <w:sz w:val="22"/>
        </w:rPr>
        <w:br/>
        <w:t xml:space="preserve">2 ___ Blood pressure stays </w:t>
      </w:r>
      <w:proofErr w:type="gramStart"/>
      <w:r w:rsidRPr="00B4290D">
        <w:rPr>
          <w:sz w:val="22"/>
        </w:rPr>
        <w:t>exactly the same</w:t>
      </w:r>
      <w:proofErr w:type="gramEnd"/>
      <w:r w:rsidRPr="00B4290D">
        <w:rPr>
          <w:sz w:val="22"/>
        </w:rPr>
        <w:t xml:space="preserve"> throughout each heartbeat.</w:t>
      </w:r>
      <w:r w:rsidRPr="00B4290D">
        <w:rPr>
          <w:sz w:val="22"/>
        </w:rPr>
        <w:br/>
        <w:t>3 ___ Plaque can make an artery narrower and its wall stiffer.</w:t>
      </w:r>
      <w:r w:rsidRPr="00B4290D">
        <w:rPr>
          <w:sz w:val="22"/>
        </w:rPr>
        <w:br/>
        <w:t>4 ___ Angioplasty removes the heart and replaces it with a new one.</w:t>
      </w:r>
    </w:p>
    <w:p w14:paraId="512BEAAF" w14:textId="77777777" w:rsidR="00B4290D" w:rsidRDefault="00B4290D">
      <w:pPr>
        <w:pStyle w:val="Nadpis2"/>
        <w:rPr>
          <w:sz w:val="22"/>
          <w:szCs w:val="22"/>
        </w:rPr>
      </w:pPr>
    </w:p>
    <w:p w14:paraId="231A1C4E" w14:textId="3F0C2D20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>5 Explain what you saw</w:t>
      </w:r>
    </w:p>
    <w:p w14:paraId="3BBC9608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1 How does the balloon used in angioplasty help blood flow?</w:t>
      </w:r>
      <w:r w:rsidRPr="00B4290D">
        <w:rPr>
          <w:sz w:val="22"/>
        </w:rPr>
        <w:br/>
        <w:t>__________________________________________________________________</w:t>
      </w:r>
      <w:r w:rsidRPr="00B4290D">
        <w:rPr>
          <w:sz w:val="22"/>
        </w:rPr>
        <w:br/>
        <w:t>2 What is the purpose of a stent?</w:t>
      </w:r>
      <w:r w:rsidRPr="00B4290D">
        <w:rPr>
          <w:sz w:val="22"/>
        </w:rPr>
        <w:br/>
        <w:t>__________________________________________________________________</w:t>
      </w:r>
      <w:r w:rsidRPr="00B4290D">
        <w:rPr>
          <w:sz w:val="22"/>
        </w:rPr>
        <w:br/>
        <w:t>3 Name two serious events that can result from blocked blood flow.</w:t>
      </w:r>
      <w:r w:rsidRPr="00B4290D">
        <w:rPr>
          <w:sz w:val="22"/>
        </w:rPr>
        <w:br/>
        <w:t>__________________________________________________________________</w:t>
      </w:r>
    </w:p>
    <w:p w14:paraId="0169002D" w14:textId="77777777" w:rsidR="00B4290D" w:rsidRDefault="00B4290D">
      <w:pPr>
        <w:pStyle w:val="Nadpis2"/>
        <w:rPr>
          <w:sz w:val="22"/>
          <w:szCs w:val="22"/>
        </w:rPr>
      </w:pPr>
    </w:p>
    <w:p w14:paraId="4CD48580" w14:textId="1CD70F0C" w:rsidR="001D62D2" w:rsidRPr="00B4290D" w:rsidRDefault="00000000">
      <w:pPr>
        <w:pStyle w:val="Nadpis2"/>
        <w:rPr>
          <w:sz w:val="22"/>
          <w:szCs w:val="22"/>
        </w:rPr>
      </w:pPr>
      <w:r w:rsidRPr="00B4290D">
        <w:rPr>
          <w:sz w:val="22"/>
          <w:szCs w:val="22"/>
        </w:rPr>
        <w:t>6 Put the events in order</w:t>
      </w:r>
    </w:p>
    <w:p w14:paraId="10125C1D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>Number 1–4. Follow the explanation of plaque formation in the video.</w:t>
      </w:r>
    </w:p>
    <w:p w14:paraId="2B648B7E" w14:textId="77777777" w:rsidR="001D62D2" w:rsidRPr="00B4290D" w:rsidRDefault="00000000">
      <w:pPr>
        <w:rPr>
          <w:sz w:val="22"/>
        </w:rPr>
      </w:pPr>
      <w:r w:rsidRPr="00B4290D">
        <w:rPr>
          <w:sz w:val="22"/>
        </w:rPr>
        <w:t xml:space="preserve">___ Fat and cholesterol </w:t>
      </w:r>
      <w:proofErr w:type="gramStart"/>
      <w:r w:rsidRPr="00B4290D">
        <w:rPr>
          <w:sz w:val="22"/>
        </w:rPr>
        <w:t>collect</w:t>
      </w:r>
      <w:proofErr w:type="gramEnd"/>
      <w:r w:rsidRPr="00B4290D">
        <w:rPr>
          <w:sz w:val="22"/>
        </w:rPr>
        <w:t xml:space="preserve"> at damaged areas.</w:t>
      </w:r>
      <w:r w:rsidRPr="00B4290D">
        <w:rPr>
          <w:sz w:val="22"/>
        </w:rPr>
        <w:br/>
        <w:t>___ Persistent high pressure damages the artery wall.</w:t>
      </w:r>
      <w:r w:rsidRPr="00B4290D">
        <w:rPr>
          <w:sz w:val="22"/>
        </w:rPr>
        <w:br/>
        <w:t xml:space="preserve">___ </w:t>
      </w:r>
      <w:proofErr w:type="gramStart"/>
      <w:r w:rsidRPr="00B4290D">
        <w:rPr>
          <w:sz w:val="22"/>
        </w:rPr>
        <w:t>The</w:t>
      </w:r>
      <w:proofErr w:type="gramEnd"/>
      <w:r w:rsidRPr="00B4290D">
        <w:rPr>
          <w:sz w:val="22"/>
        </w:rPr>
        <w:t xml:space="preserve"> passage becomes narrower and blood flow is reduced.</w:t>
      </w:r>
      <w:r w:rsidRPr="00B4290D">
        <w:rPr>
          <w:sz w:val="22"/>
        </w:rPr>
        <w:br/>
        <w:t>___ Plaque builds up and the artery wall becomes thicker and stiffer.</w:t>
      </w:r>
    </w:p>
    <w:p w14:paraId="65EC1A52" w14:textId="4B3C17DA" w:rsidR="00CE6CFD" w:rsidRPr="00CE6CFD" w:rsidRDefault="00CE6CFD" w:rsidP="00CE6CFD">
      <w:pPr>
        <w:spacing w:after="200" w:line="276" w:lineRule="auto"/>
        <w:rPr>
          <w:sz w:val="22"/>
        </w:rPr>
      </w:pPr>
      <w:r>
        <w:rPr>
          <w:sz w:val="22"/>
        </w:rPr>
        <w:br/>
      </w:r>
      <w:r w:rsidRPr="00CE6CFD">
        <w:rPr>
          <w:b/>
          <w:bCs/>
          <w:sz w:val="22"/>
        </w:rPr>
        <w:t>7 Speak to a patient</w:t>
      </w:r>
      <w:r w:rsidRPr="00CE6CFD">
        <w:rPr>
          <w:b/>
          <w:bCs/>
          <w:sz w:val="22"/>
        </w:rPr>
        <w:br/>
      </w:r>
      <w:r w:rsidRPr="006D6172">
        <w:rPr>
          <w:sz w:val="22"/>
        </w:rPr>
        <w:t>Patient: “What do the two numbers mean, and what does a stent do?”</w:t>
      </w:r>
      <w:r w:rsidRPr="006D6172">
        <w:rPr>
          <w:sz w:val="22"/>
        </w:rPr>
        <w:br/>
        <w:t>Nurse: Explain in 3–4 simple sentences. Use: heart • contracts • relaxes • open.</w:t>
      </w:r>
      <w:r>
        <w:rPr>
          <w:sz w:val="22"/>
        </w:rPr>
        <w:br/>
      </w:r>
    </w:p>
    <w:sectPr w:rsidR="00CE6CFD" w:rsidRPr="00CE6CFD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636888">
    <w:abstractNumId w:val="8"/>
  </w:num>
  <w:num w:numId="2" w16cid:durableId="1288900163">
    <w:abstractNumId w:val="6"/>
  </w:num>
  <w:num w:numId="3" w16cid:durableId="49426818">
    <w:abstractNumId w:val="5"/>
  </w:num>
  <w:num w:numId="4" w16cid:durableId="883444971">
    <w:abstractNumId w:val="4"/>
  </w:num>
  <w:num w:numId="5" w16cid:durableId="1066994772">
    <w:abstractNumId w:val="7"/>
  </w:num>
  <w:num w:numId="6" w16cid:durableId="757023432">
    <w:abstractNumId w:val="3"/>
  </w:num>
  <w:num w:numId="7" w16cid:durableId="1971282816">
    <w:abstractNumId w:val="2"/>
  </w:num>
  <w:num w:numId="8" w16cid:durableId="1316645115">
    <w:abstractNumId w:val="1"/>
  </w:num>
  <w:num w:numId="9" w16cid:durableId="128211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2D2"/>
    <w:rsid w:val="0029639D"/>
    <w:rsid w:val="00326F90"/>
    <w:rsid w:val="00560922"/>
    <w:rsid w:val="006C777A"/>
    <w:rsid w:val="00AA1D8D"/>
    <w:rsid w:val="00B4290D"/>
    <w:rsid w:val="00B47730"/>
    <w:rsid w:val="00CB0664"/>
    <w:rsid w:val="00CD0133"/>
    <w:rsid w:val="00CE6C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7CA40"/>
  <w14:defaultImageDpi w14:val="300"/>
  <w15:docId w15:val="{D92AF280-5FDA-4132-A1AC-191ABD71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 Jansa</cp:lastModifiedBy>
  <cp:revision>4</cp:revision>
  <dcterms:created xsi:type="dcterms:W3CDTF">2026-10-07T03:40:00Z</dcterms:created>
  <dcterms:modified xsi:type="dcterms:W3CDTF">2026-10-07T04:02:00Z</dcterms:modified>
  <cp:category/>
</cp:coreProperties>
</file>