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0882D" w14:textId="77777777" w:rsidR="00B102F0" w:rsidRDefault="00000000">
      <w:pPr>
        <w:pStyle w:val="Nzev"/>
      </w:pPr>
      <w:r>
        <w:t>Pulse assessment</w:t>
      </w:r>
    </w:p>
    <w:p w14:paraId="34A13B99" w14:textId="77777777" w:rsidR="00B102F0" w:rsidRDefault="00000000">
      <w:pPr>
        <w:pStyle w:val="Nadpis2"/>
      </w:pPr>
      <w:r>
        <w:t>1 Before watching</w:t>
      </w:r>
    </w:p>
    <w:p w14:paraId="28782D5B" w14:textId="77777777" w:rsidR="00B102F0" w:rsidRDefault="00000000">
      <w:r>
        <w:t>Which pulse sites do you know? Name at least two. What can a pulse tell a nurse?</w:t>
      </w:r>
    </w:p>
    <w:p w14:paraId="2570CE8E" w14:textId="77777777" w:rsidR="00B102F0" w:rsidRDefault="00000000">
      <w:pPr>
        <w:pStyle w:val="Nadpis2"/>
      </w:pPr>
      <w:r>
        <w:t>2 Match the pulse sites</w:t>
      </w:r>
    </w:p>
    <w:p w14:paraId="73B0F6E6" w14:textId="77777777" w:rsidR="00B102F0" w:rsidRDefault="00000000">
      <w:r>
        <w:t>1 radial   2 carotid   3 apical   4 femoral   5 popliteal   6 dorsalis pedis</w:t>
      </w:r>
    </w:p>
    <w:p w14:paraId="66FCC32C" w14:textId="77777777" w:rsidR="00B102F0" w:rsidRDefault="00000000">
      <w:r>
        <w:t>a in the groin</w:t>
      </w:r>
      <w:r>
        <w:br/>
        <w:t>b on the top of the foot</w:t>
      </w:r>
      <w:r>
        <w:br/>
        <w:t>c at the wrist on the thumb side</w:t>
      </w:r>
      <w:r>
        <w:br/>
        <w:t>d behind the knee</w:t>
      </w:r>
      <w:r>
        <w:br/>
        <w:t>e on the side of the neck</w:t>
      </w:r>
      <w:r>
        <w:br/>
        <w:t>f over the apex of the heart on the left side of the chest</w:t>
      </w:r>
    </w:p>
    <w:p w14:paraId="09D8654D" w14:textId="77777777" w:rsidR="00B102F0" w:rsidRDefault="00000000">
      <w:r>
        <w:t>Answers: 1 ___  2 ___  3 ___  4 ___  5 ___  6 ___</w:t>
      </w:r>
    </w:p>
    <w:p w14:paraId="4DB2E72E" w14:textId="77777777" w:rsidR="00B102F0" w:rsidRDefault="00000000">
      <w:pPr>
        <w:pStyle w:val="Nadpis2"/>
      </w:pPr>
      <w:r>
        <w:t>3 Watch and complete</w:t>
      </w:r>
    </w:p>
    <w:p w14:paraId="635BAFFE" w14:textId="77777777" w:rsidR="00B102F0" w:rsidRDefault="00000000">
      <w:r>
        <w:t>Word bank: rhythm • tachycardia • strength • bradycardia • stethoscope</w:t>
      </w:r>
    </w:p>
    <w:p w14:paraId="4F7B8CC6" w14:textId="77777777" w:rsidR="00B102F0" w:rsidRDefault="00000000">
      <w:r>
        <w:t>1 A nurse assesses pulse rate, __________ and __________.</w:t>
      </w:r>
      <w:r>
        <w:br/>
        <w:t>2 In the video, an adult heart rate below 60 bpm is called __________.</w:t>
      </w:r>
      <w:r>
        <w:br/>
        <w:t>3 An adult heart rate above 100 bpm is called __________.</w:t>
      </w:r>
      <w:r>
        <w:br/>
        <w:t>4 The apical pulse is assessed by listening with a __________.</w:t>
      </w:r>
    </w:p>
    <w:p w14:paraId="51D4582D" w14:textId="77777777" w:rsidR="00B102F0" w:rsidRDefault="00000000">
      <w:r>
        <w:t>Now complete the range mentioned in the video: usual adult resting pulse = ____–____ bpm.</w:t>
      </w:r>
    </w:p>
    <w:p w14:paraId="5A47A4CA" w14:textId="77777777" w:rsidR="00B102F0" w:rsidRDefault="00000000">
      <w:pPr>
        <w:pStyle w:val="Nadpis2"/>
      </w:pPr>
      <w:r>
        <w:t>4 True or false</w:t>
      </w:r>
    </w:p>
    <w:p w14:paraId="0989CF8C" w14:textId="77777777" w:rsidR="00B102F0" w:rsidRDefault="00000000">
      <w:r>
        <w:t>Write T or F. Correct each false statement orally.</w:t>
      </w:r>
    </w:p>
    <w:p w14:paraId="06EBF27F" w14:textId="77777777" w:rsidR="00B102F0" w:rsidRDefault="00000000">
      <w:r>
        <w:t>1 ___ Both carotid arteries should be palpated at the same time.</w:t>
      </w:r>
      <w:r>
        <w:br/>
        <w:t>2 ___ Heavy pressure should be applied when checking the carotid pulse.</w:t>
      </w:r>
      <w:r>
        <w:br/>
        <w:t>3 ___ A weak, thready pulse and a full, bounding pulse describe pulse strength.</w:t>
      </w:r>
      <w:r>
        <w:br/>
        <w:t>4 ___ A Doppler device can help detect a pulse that is difficult to palpate.</w:t>
      </w:r>
      <w:r>
        <w:br/>
        <w:t>5 ___ Infants usually have a slower resting heart rate than adults.</w:t>
      </w:r>
    </w:p>
    <w:p w14:paraId="24C2B44D" w14:textId="77777777" w:rsidR="00B102F0" w:rsidRDefault="00000000">
      <w:pPr>
        <w:pStyle w:val="Nadpis2"/>
      </w:pPr>
      <w:r>
        <w:t>5 Think and explain</w:t>
      </w:r>
    </w:p>
    <w:p w14:paraId="5C8BB05C" w14:textId="77777777" w:rsidR="00B102F0" w:rsidRDefault="00000000">
      <w:r>
        <w:t>1 What risk does the video mention when both carotid arteries are pressed at once?</w:t>
      </w:r>
      <w:r>
        <w:br/>
        <w:t>__________________________________________________________________</w:t>
      </w:r>
      <w:r>
        <w:br/>
        <w:t>2 What is the difference between palpation and auscultation?</w:t>
      </w:r>
      <w:r>
        <w:br/>
        <w:t>__________________________________________________________________</w:t>
      </w:r>
      <w:r>
        <w:br/>
        <w:t>3 Which pulse in the foot is checked behind the medial ankle bone?</w:t>
      </w:r>
      <w:r>
        <w:br/>
        <w:t>__________________________________________________________________</w:t>
      </w:r>
    </w:p>
    <w:p w14:paraId="75F990B6" w14:textId="77777777" w:rsidR="00B102F0" w:rsidRDefault="00000000">
      <w:pPr>
        <w:pStyle w:val="Nadpis2"/>
      </w:pPr>
      <w:r>
        <w:t>6 Calculate and report</w:t>
      </w:r>
    </w:p>
    <w:p w14:paraId="0231876A" w14:textId="77777777" w:rsidR="00B102F0" w:rsidRDefault="00000000">
      <w:r>
        <w:t>For this exercise, a regular radial pulse is counted for 30 seconds. Multiply by 2.</w:t>
      </w:r>
    </w:p>
    <w:p w14:paraId="41249332" w14:textId="77777777" w:rsidR="00B102F0" w:rsidRDefault="00000000">
      <w:r>
        <w:t>a 36 beats in 30 seconds = ______ bpm.</w:t>
      </w:r>
      <w:r>
        <w:br/>
        <w:t>b 44 beats in 30 seconds = ______ bpm.</w:t>
      </w:r>
    </w:p>
    <w:p w14:paraId="332FCD05" w14:textId="77777777" w:rsidR="00B102F0" w:rsidRDefault="00000000">
      <w:r>
        <w:t>Use result a to complete the handover: “The patient’s radial pulse is ______ beats per minute. The rhythm is regular.”</w:t>
      </w:r>
    </w:p>
    <w:p w14:paraId="4BD8F9DB" w14:textId="77777777" w:rsidR="00B102F0" w:rsidRDefault="00000000">
      <w:pPr>
        <w:pStyle w:val="Nadpis2"/>
      </w:pPr>
      <w:r>
        <w:t>7 Speak to a patient</w:t>
      </w:r>
    </w:p>
    <w:p w14:paraId="5DF61382" w14:textId="77777777" w:rsidR="00B102F0" w:rsidRDefault="00000000">
      <w:r>
        <w:t>Patient: “What are you checking at my wrist?”</w:t>
      </w:r>
      <w:r>
        <w:br/>
        <w:t>Nurse: Explain in 3–4 sentences. Ask permission and ask the patient to relax their arm.</w:t>
      </w:r>
      <w:r>
        <w:br/>
        <w:t>Useful phrases: “May I…?” • “I’m checking…” • “Please relax…” • “Thank you.”</w:t>
      </w:r>
    </w:p>
    <w:p w14:paraId="7DB3F618" w14:textId="5CA071EF" w:rsidR="00B102F0" w:rsidRDefault="00000000" w:rsidP="003C75AD">
      <w:r>
        <w:br w:type="page"/>
      </w:r>
    </w:p>
    <w:sectPr w:rsidR="00B102F0" w:rsidSect="00034616">
      <w:pgSz w:w="11906" w:h="16838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9557723">
    <w:abstractNumId w:val="8"/>
  </w:num>
  <w:num w:numId="2" w16cid:durableId="821628360">
    <w:abstractNumId w:val="6"/>
  </w:num>
  <w:num w:numId="3" w16cid:durableId="2088846165">
    <w:abstractNumId w:val="5"/>
  </w:num>
  <w:num w:numId="4" w16cid:durableId="652610462">
    <w:abstractNumId w:val="4"/>
  </w:num>
  <w:num w:numId="5" w16cid:durableId="1806770965">
    <w:abstractNumId w:val="7"/>
  </w:num>
  <w:num w:numId="6" w16cid:durableId="925453756">
    <w:abstractNumId w:val="3"/>
  </w:num>
  <w:num w:numId="7" w16cid:durableId="1669091906">
    <w:abstractNumId w:val="2"/>
  </w:num>
  <w:num w:numId="8" w16cid:durableId="67390479">
    <w:abstractNumId w:val="1"/>
  </w:num>
  <w:num w:numId="9" w16cid:durableId="722291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C75AD"/>
    <w:rsid w:val="007A3CD7"/>
    <w:rsid w:val="008F6030"/>
    <w:rsid w:val="00AA1D8D"/>
    <w:rsid w:val="00B102F0"/>
    <w:rsid w:val="00B47730"/>
    <w:rsid w:val="00CB0664"/>
    <w:rsid w:val="00E932F3"/>
    <w:rsid w:val="00FC693F"/>
    <w:rsid w:val="00FF5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8FBAE7"/>
  <w14:defaultImageDpi w14:val="300"/>
  <w15:docId w15:val="{5D0E8A03-16CB-4E6B-B25E-8855233F8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40" w:line="240" w:lineRule="auto"/>
    </w:pPr>
    <w:rPr>
      <w:rFonts w:ascii="Calibri" w:hAnsi="Calibri"/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Theme="majorHAnsi" w:eastAsiaTheme="majorEastAsia" w:hAnsiTheme="majorHAnsi" w:cstheme="majorBidi"/>
      <w:b/>
      <w:bCs/>
      <w:color w:val="000000"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4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329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Eva Jansa</cp:lastModifiedBy>
  <cp:revision>6</cp:revision>
  <dcterms:created xsi:type="dcterms:W3CDTF">2026-10-07T04:14:00Z</dcterms:created>
  <dcterms:modified xsi:type="dcterms:W3CDTF">2026-10-07T07:26:00Z</dcterms:modified>
  <cp:category/>
</cp:coreProperties>
</file>